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D7DCC" w14:textId="77777777" w:rsidR="006C41B5" w:rsidRDefault="006C41B5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z w:val="28"/>
          <w:szCs w:val="28"/>
          <w:lang w:val="es-VE"/>
        </w:rPr>
      </w:pPr>
    </w:p>
    <w:p w14:paraId="78CF8678" w14:textId="77777777" w:rsidR="006C41B5" w:rsidRDefault="006C41B5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z w:val="28"/>
          <w:szCs w:val="28"/>
          <w:lang w:val="es-VE"/>
        </w:rPr>
      </w:pPr>
    </w:p>
    <w:p w14:paraId="2ABA6D5A" w14:textId="49FFE3B6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b/>
          <w:bCs/>
          <w:sz w:val="28"/>
          <w:szCs w:val="28"/>
          <w:lang w:val="es-VE"/>
        </w:rPr>
        <w:t>Título</w:t>
      </w:r>
      <w:r w:rsidRPr="00380784">
        <w:rPr>
          <w:rFonts w:ascii="Arial" w:eastAsia="Times New Roman" w:hAnsi="Arial" w:cs="Arial"/>
          <w:b/>
          <w:bCs/>
          <w:sz w:val="24"/>
          <w:szCs w:val="24"/>
          <w:lang w:val="es-VE"/>
        </w:rPr>
        <w:t xml:space="preserve"> </w:t>
      </w:r>
    </w:p>
    <w:p w14:paraId="4D01DC81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(máximo 20 palabras)</w:t>
      </w:r>
    </w:p>
    <w:p w14:paraId="5B750D4A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b/>
          <w:bCs/>
          <w:sz w:val="24"/>
          <w:szCs w:val="24"/>
          <w:lang w:val="es-VE"/>
        </w:rPr>
        <w:t>Título en i</w:t>
      </w: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nglés</w:t>
      </w:r>
    </w:p>
    <w:p w14:paraId="348BB436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</w:p>
    <w:p w14:paraId="6E8D5DC5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</w:p>
    <w:p w14:paraId="40534CD2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Nombre y apellido autor(es)</w:t>
      </w:r>
    </w:p>
    <w:p w14:paraId="56B6F0AD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spacing w:val="-2"/>
          <w:sz w:val="24"/>
          <w:szCs w:val="24"/>
          <w:lang w:val="es-VE"/>
        </w:rPr>
      </w:pP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(cada autor, hasta un máximo de 3 autores por ponencia)</w:t>
      </w:r>
    </w:p>
    <w:p w14:paraId="433BF543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pacing w:val="-4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Institución, Facultad, País</w:t>
      </w:r>
    </w:p>
    <w:p w14:paraId="6E3CF210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ORCID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</w:p>
    <w:p w14:paraId="331F5124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Correo institucional</w:t>
      </w:r>
    </w:p>
    <w:p w14:paraId="53789956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</w:p>
    <w:p w14:paraId="549F481D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</w:p>
    <w:p w14:paraId="7D9E727F" w14:textId="77777777" w:rsidR="00B031D6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RESUMEN</w:t>
      </w:r>
      <w:r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pacing w:val="-2"/>
          <w:sz w:val="24"/>
          <w:szCs w:val="24"/>
          <w:lang w:val="es-VE"/>
        </w:rPr>
        <w:t>(</w:t>
      </w: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debe ser presentado en español con un máximo de 200 palabras a espacio sencillo en un solo párrafo y debe contener mínimo tres palabras clave y máximo cinco. </w:t>
      </w:r>
    </w:p>
    <w:p w14:paraId="429B7CE7" w14:textId="77777777" w:rsidR="00B031D6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</w:p>
    <w:p w14:paraId="6213930A" w14:textId="77777777" w:rsidR="00B031D6" w:rsidRDefault="00B031D6" w:rsidP="00B031D6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>
        <w:rPr>
          <w:rFonts w:ascii="Arial" w:hAnsi="Arial" w:cs="Arial"/>
          <w:sz w:val="24"/>
          <w:szCs w:val="24"/>
          <w:lang w:val="es-PA"/>
        </w:rPr>
        <w:t>el resumen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34CDA3F2" w14:textId="77777777" w:rsidR="00B031D6" w:rsidRDefault="00B031D6" w:rsidP="00B031D6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</w:p>
    <w:p w14:paraId="37479BE4" w14:textId="77777777" w:rsidR="00B031D6" w:rsidRPr="00380784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 xml:space="preserve">Palabras clave: </w:t>
      </w:r>
    </w:p>
    <w:p w14:paraId="513447C1" w14:textId="77777777" w:rsidR="00B031D6" w:rsidRPr="00380784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</w:p>
    <w:p w14:paraId="5DB18D5B" w14:textId="77777777" w:rsidR="00B031D6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ABSTRACT</w:t>
      </w:r>
      <w:r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 xml:space="preserve"> </w:t>
      </w: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(resumen en inglés</w:t>
      </w:r>
      <w:r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)</w:t>
      </w: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 </w:t>
      </w:r>
    </w:p>
    <w:p w14:paraId="7F88B884" w14:textId="77777777" w:rsidR="00B031D6" w:rsidRDefault="00B031D6" w:rsidP="00B031D6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</w:p>
    <w:p w14:paraId="3B1BA5B3" w14:textId="77777777" w:rsidR="00B031D6" w:rsidRPr="00380784" w:rsidRDefault="00B031D6" w:rsidP="00B031D6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>
        <w:rPr>
          <w:rFonts w:ascii="Arial" w:hAnsi="Arial" w:cs="Arial"/>
          <w:sz w:val="24"/>
          <w:szCs w:val="24"/>
          <w:lang w:val="es-PA"/>
        </w:rPr>
        <w:t>el abstract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2EB0A6B6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both"/>
        <w:rPr>
          <w:rFonts w:ascii="Arial" w:eastAsia="Times New Roman" w:hAnsi="Arial" w:cs="Arial"/>
          <w:b/>
          <w:bCs/>
          <w:sz w:val="24"/>
          <w:szCs w:val="24"/>
          <w:lang w:val="es"/>
        </w:rPr>
      </w:pPr>
    </w:p>
    <w:p w14:paraId="49F8500F" w14:textId="77777777" w:rsidR="00B031D6" w:rsidRPr="00380784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Keywords:</w:t>
      </w:r>
      <w:r w:rsidRPr="005934DF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 </w:t>
      </w:r>
    </w:p>
    <w:p w14:paraId="56243547" w14:textId="77777777" w:rsidR="00B031D6" w:rsidRPr="00DF604D" w:rsidRDefault="00B031D6" w:rsidP="00B031D6">
      <w:pPr>
        <w:pStyle w:val="Textoindependiente"/>
        <w:rPr>
          <w:rFonts w:ascii="Arial" w:hAnsi="Arial" w:cs="Arial"/>
          <w:lang w:val="es-VE"/>
        </w:rPr>
      </w:pPr>
    </w:p>
    <w:p w14:paraId="7D5A99AA" w14:textId="57972CE3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b/>
          <w:sz w:val="24"/>
          <w:szCs w:val="24"/>
          <w:lang w:val="es-PA"/>
        </w:rPr>
        <w:t>INTRODUCCIÓN</w:t>
      </w:r>
      <w:r w:rsidR="00380784">
        <w:rPr>
          <w:rFonts w:ascii="Arial" w:hAnsi="Arial" w:cs="Arial"/>
          <w:sz w:val="24"/>
          <w:szCs w:val="24"/>
          <w:lang w:val="es-PA"/>
        </w:rPr>
        <w:t xml:space="preserve"> </w:t>
      </w:r>
      <w:r w:rsidRPr="00380784">
        <w:rPr>
          <w:rFonts w:ascii="Arial" w:hAnsi="Arial" w:cs="Arial"/>
          <w:sz w:val="24"/>
          <w:szCs w:val="24"/>
          <w:lang w:val="es-PA"/>
        </w:rPr>
        <w:t>(Antecedentes, justificación, problema de investigación. Incluya referencias en formato APA 7ª ed.)</w:t>
      </w:r>
    </w:p>
    <w:p w14:paraId="17C61C00" w14:textId="77777777" w:rsidR="00A17470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Escriba aquí la introducción...</w:t>
      </w:r>
    </w:p>
    <w:p w14:paraId="27689B2E" w14:textId="6DEE0CC4" w:rsidR="00B031D6" w:rsidRDefault="00B031D6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B031D6">
        <w:rPr>
          <w:rFonts w:ascii="Arial" w:hAnsi="Arial" w:cs="Arial"/>
          <w:b/>
          <w:bCs/>
          <w:sz w:val="24"/>
          <w:szCs w:val="24"/>
          <w:lang w:val="es-PA"/>
        </w:rPr>
        <w:t>OBJETIVO</w:t>
      </w:r>
      <w:r w:rsidR="00A0562F">
        <w:rPr>
          <w:rFonts w:ascii="Arial" w:hAnsi="Arial" w:cs="Arial"/>
          <w:b/>
          <w:bCs/>
          <w:sz w:val="24"/>
          <w:szCs w:val="24"/>
          <w:lang w:val="es-PA"/>
        </w:rPr>
        <w:t>S</w:t>
      </w:r>
      <w:r>
        <w:rPr>
          <w:rFonts w:ascii="Arial" w:hAnsi="Arial" w:cs="Arial"/>
          <w:b/>
          <w:bCs/>
          <w:sz w:val="24"/>
          <w:szCs w:val="24"/>
          <w:lang w:val="es-PA"/>
        </w:rPr>
        <w:t xml:space="preserve"> </w:t>
      </w:r>
      <w:r w:rsidRPr="00B031D6">
        <w:rPr>
          <w:rFonts w:ascii="Arial" w:hAnsi="Arial" w:cs="Arial"/>
          <w:sz w:val="24"/>
          <w:szCs w:val="24"/>
          <w:lang w:val="es-PA"/>
        </w:rPr>
        <w:t>(</w:t>
      </w:r>
      <w:r w:rsidR="00A0562F">
        <w:rPr>
          <w:rFonts w:ascii="Arial" w:hAnsi="Arial" w:cs="Arial"/>
          <w:sz w:val="24"/>
          <w:szCs w:val="24"/>
          <w:lang w:val="es-PA"/>
        </w:rPr>
        <w:t>general y específicos</w:t>
      </w:r>
      <w:r>
        <w:rPr>
          <w:rFonts w:ascii="Arial" w:hAnsi="Arial" w:cs="Arial"/>
          <w:sz w:val="24"/>
          <w:szCs w:val="24"/>
          <w:lang w:val="es-PA"/>
        </w:rPr>
        <w:t>)</w:t>
      </w:r>
    </w:p>
    <w:p w14:paraId="2DED1158" w14:textId="5B1B8F64" w:rsidR="00B031D6" w:rsidRDefault="00B031D6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 w:rsidR="00A0562F">
        <w:rPr>
          <w:rFonts w:ascii="Arial" w:hAnsi="Arial" w:cs="Arial"/>
          <w:sz w:val="24"/>
          <w:szCs w:val="24"/>
          <w:lang w:val="es-PA"/>
        </w:rPr>
        <w:t>los</w:t>
      </w:r>
      <w:r w:rsidRPr="00380784">
        <w:rPr>
          <w:rFonts w:ascii="Arial" w:hAnsi="Arial" w:cs="Arial"/>
          <w:sz w:val="24"/>
          <w:szCs w:val="24"/>
          <w:lang w:val="es-PA"/>
        </w:rPr>
        <w:t xml:space="preserve"> </w:t>
      </w:r>
      <w:r>
        <w:rPr>
          <w:rFonts w:ascii="Arial" w:hAnsi="Arial" w:cs="Arial"/>
          <w:sz w:val="24"/>
          <w:szCs w:val="24"/>
          <w:lang w:val="es-PA"/>
        </w:rPr>
        <w:t>objetivo</w:t>
      </w:r>
      <w:r w:rsidR="00A0562F">
        <w:rPr>
          <w:rFonts w:ascii="Arial" w:hAnsi="Arial" w:cs="Arial"/>
          <w:sz w:val="24"/>
          <w:szCs w:val="24"/>
          <w:lang w:val="es-PA"/>
        </w:rPr>
        <w:t>s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6A62ABE3" w14:textId="77777777" w:rsidR="00E02D04" w:rsidRPr="00380784" w:rsidRDefault="00E02D04" w:rsidP="00E02D04">
      <w:pPr>
        <w:jc w:val="both"/>
        <w:rPr>
          <w:rFonts w:ascii="Arial" w:hAnsi="Arial" w:cs="Arial"/>
          <w:sz w:val="24"/>
          <w:szCs w:val="24"/>
          <w:lang w:val="es-PA"/>
        </w:rPr>
      </w:pPr>
      <w:r w:rsidRPr="00B031D6">
        <w:rPr>
          <w:rFonts w:ascii="Arial" w:hAnsi="Arial" w:cs="Arial"/>
          <w:b/>
          <w:sz w:val="24"/>
          <w:szCs w:val="24"/>
          <w:lang w:val="es-PA"/>
        </w:rPr>
        <w:t xml:space="preserve">METODOLOGÍA </w:t>
      </w:r>
      <w:r w:rsidRPr="00F33678">
        <w:rPr>
          <w:rFonts w:ascii="Arial" w:hAnsi="Arial" w:cs="Arial"/>
          <w:bCs/>
          <w:sz w:val="24"/>
          <w:szCs w:val="24"/>
          <w:lang w:val="es-PA"/>
        </w:rPr>
        <w:t>(redacte en máximo dos párrafos los aspectos metodológicos de la investigación, sustente con autores), (Tipo de investigación, diseño, población y muestra, técnicas de recolección de datos, técnicas de análisis de datos, y cualquier otro detalle metodológico relevante)</w:t>
      </w:r>
    </w:p>
    <w:p w14:paraId="7D89934F" w14:textId="3B802EF4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b/>
          <w:sz w:val="24"/>
          <w:szCs w:val="24"/>
          <w:lang w:val="es-PA"/>
        </w:rPr>
        <w:t>RESULTADOS</w:t>
      </w:r>
      <w:r w:rsidR="006C41B5">
        <w:rPr>
          <w:rFonts w:ascii="Arial" w:hAnsi="Arial" w:cs="Arial"/>
          <w:b/>
          <w:sz w:val="24"/>
          <w:szCs w:val="24"/>
          <w:lang w:val="es-PA"/>
        </w:rPr>
        <w:t xml:space="preserve"> </w:t>
      </w:r>
      <w:r w:rsidRPr="00380784">
        <w:rPr>
          <w:rFonts w:ascii="Arial" w:hAnsi="Arial" w:cs="Arial"/>
          <w:sz w:val="24"/>
          <w:szCs w:val="24"/>
          <w:lang w:val="es-PA"/>
        </w:rPr>
        <w:t>(</w:t>
      </w:r>
      <w:r w:rsidR="006C41B5">
        <w:rPr>
          <w:rFonts w:ascii="Arial" w:hAnsi="Arial" w:cs="Arial"/>
          <w:sz w:val="24"/>
          <w:szCs w:val="24"/>
          <w:lang w:val="es-PA"/>
        </w:rPr>
        <w:t>p</w:t>
      </w:r>
      <w:r w:rsidRPr="00380784">
        <w:rPr>
          <w:rFonts w:ascii="Arial" w:hAnsi="Arial" w:cs="Arial"/>
          <w:sz w:val="24"/>
          <w:szCs w:val="24"/>
          <w:lang w:val="es-PA"/>
        </w:rPr>
        <w:t>resente hallazgos con tablas y figuras)</w:t>
      </w:r>
    </w:p>
    <w:p w14:paraId="21E53B48" w14:textId="77777777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Escriba aquí los resultados...</w:t>
      </w:r>
    </w:p>
    <w:p w14:paraId="532141A4" w14:textId="77777777" w:rsidR="00E02D04" w:rsidRDefault="00E02D04" w:rsidP="006C41B5">
      <w:pPr>
        <w:jc w:val="both"/>
        <w:rPr>
          <w:rFonts w:ascii="Arial" w:hAnsi="Arial" w:cs="Arial"/>
          <w:b/>
          <w:sz w:val="24"/>
          <w:szCs w:val="24"/>
          <w:lang w:val="es-PA"/>
        </w:rPr>
      </w:pPr>
    </w:p>
    <w:p w14:paraId="503E3812" w14:textId="3DE02445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b/>
          <w:sz w:val="24"/>
          <w:szCs w:val="24"/>
          <w:lang w:val="es-PA"/>
        </w:rPr>
        <w:t>DISCUSIÓN</w:t>
      </w:r>
      <w:r w:rsidR="006C41B5">
        <w:rPr>
          <w:rFonts w:ascii="Arial" w:hAnsi="Arial" w:cs="Arial"/>
          <w:b/>
          <w:sz w:val="24"/>
          <w:szCs w:val="24"/>
          <w:lang w:val="es-PA"/>
        </w:rPr>
        <w:t xml:space="preserve"> </w:t>
      </w:r>
      <w:r w:rsidRPr="00380784">
        <w:rPr>
          <w:rFonts w:ascii="Arial" w:hAnsi="Arial" w:cs="Arial"/>
          <w:sz w:val="24"/>
          <w:szCs w:val="24"/>
          <w:lang w:val="es-PA"/>
        </w:rPr>
        <w:t>(</w:t>
      </w:r>
      <w:r w:rsidR="00600335">
        <w:rPr>
          <w:rFonts w:ascii="Arial" w:hAnsi="Arial" w:cs="Arial"/>
          <w:sz w:val="24"/>
          <w:szCs w:val="24"/>
          <w:lang w:val="es-PA"/>
        </w:rPr>
        <w:t>contraste con autores e investigaciones</w:t>
      </w:r>
      <w:r w:rsidRPr="00380784">
        <w:rPr>
          <w:rFonts w:ascii="Arial" w:hAnsi="Arial" w:cs="Arial"/>
          <w:sz w:val="24"/>
          <w:szCs w:val="24"/>
          <w:lang w:val="es-PA"/>
        </w:rPr>
        <w:t xml:space="preserve"> previa</w:t>
      </w:r>
      <w:r w:rsidR="00600335">
        <w:rPr>
          <w:rFonts w:ascii="Arial" w:hAnsi="Arial" w:cs="Arial"/>
          <w:sz w:val="24"/>
          <w:szCs w:val="24"/>
          <w:lang w:val="es-PA"/>
        </w:rPr>
        <w:t>s</w:t>
      </w:r>
      <w:r w:rsidRPr="00380784">
        <w:rPr>
          <w:rFonts w:ascii="Arial" w:hAnsi="Arial" w:cs="Arial"/>
          <w:sz w:val="24"/>
          <w:szCs w:val="24"/>
          <w:lang w:val="es-PA"/>
        </w:rPr>
        <w:t>, indique limitaciones)</w:t>
      </w:r>
    </w:p>
    <w:p w14:paraId="7DF9F229" w14:textId="77777777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Escriba aquí la discusión...</w:t>
      </w:r>
    </w:p>
    <w:p w14:paraId="489F9611" w14:textId="12FDA63A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b/>
          <w:sz w:val="24"/>
          <w:szCs w:val="24"/>
          <w:lang w:val="es-PA"/>
        </w:rPr>
        <w:t>CONCLUSIONES</w:t>
      </w:r>
      <w:r w:rsidR="006C41B5">
        <w:rPr>
          <w:rFonts w:ascii="Arial" w:hAnsi="Arial" w:cs="Arial"/>
          <w:b/>
          <w:sz w:val="24"/>
          <w:szCs w:val="24"/>
          <w:lang w:val="es-PA"/>
        </w:rPr>
        <w:t xml:space="preserve"> </w:t>
      </w:r>
      <w:r w:rsidRPr="00380784">
        <w:rPr>
          <w:rFonts w:ascii="Arial" w:hAnsi="Arial" w:cs="Arial"/>
          <w:sz w:val="24"/>
          <w:szCs w:val="24"/>
          <w:lang w:val="es-PA"/>
        </w:rPr>
        <w:t>(</w:t>
      </w:r>
      <w:r w:rsidR="00600335">
        <w:rPr>
          <w:rFonts w:ascii="Arial" w:hAnsi="Arial" w:cs="Arial"/>
          <w:sz w:val="24"/>
          <w:szCs w:val="24"/>
          <w:lang w:val="es-PA"/>
        </w:rPr>
        <w:t>presente conclusiones por objetivos</w:t>
      </w:r>
      <w:r w:rsidRPr="00380784">
        <w:rPr>
          <w:rFonts w:ascii="Arial" w:hAnsi="Arial" w:cs="Arial"/>
          <w:sz w:val="24"/>
          <w:szCs w:val="24"/>
          <w:lang w:val="es-PA"/>
        </w:rPr>
        <w:t>)</w:t>
      </w:r>
    </w:p>
    <w:p w14:paraId="2D4CDE9F" w14:textId="77777777" w:rsidR="00A17470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Escriba aquí las conclusiones...</w:t>
      </w:r>
    </w:p>
    <w:p w14:paraId="0B71C7B8" w14:textId="77777777" w:rsidR="00575079" w:rsidRDefault="00575079" w:rsidP="00575079">
      <w:pPr>
        <w:jc w:val="both"/>
        <w:rPr>
          <w:rFonts w:ascii="Arial" w:hAnsi="Arial" w:cs="Arial"/>
          <w:b/>
          <w:bCs/>
          <w:sz w:val="24"/>
          <w:szCs w:val="24"/>
          <w:lang w:val="es-PA"/>
        </w:rPr>
      </w:pPr>
      <w:r w:rsidRPr="00A415A2">
        <w:rPr>
          <w:rFonts w:ascii="Arial" w:hAnsi="Arial" w:cs="Arial"/>
          <w:b/>
          <w:bCs/>
          <w:sz w:val="24"/>
          <w:szCs w:val="24"/>
          <w:lang w:val="es-PA"/>
        </w:rPr>
        <w:t>DECLARACIÓN DEL USO DE INTELIGENCIA ARTIFICIAL</w:t>
      </w:r>
      <w:r>
        <w:rPr>
          <w:rFonts w:ascii="Arial" w:hAnsi="Arial" w:cs="Arial"/>
          <w:b/>
          <w:bCs/>
          <w:sz w:val="24"/>
          <w:szCs w:val="24"/>
          <w:lang w:val="es-PA"/>
        </w:rPr>
        <w:t xml:space="preserve"> (IA)</w:t>
      </w:r>
    </w:p>
    <w:p w14:paraId="27079AB0" w14:textId="77777777" w:rsidR="00575079" w:rsidRDefault="00575079" w:rsidP="00575079">
      <w:pPr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PA"/>
        </w:rPr>
        <w:t>En caso de no haber usado herramientas de IA, declare aquí no haberlo hecho.</w:t>
      </w:r>
    </w:p>
    <w:p w14:paraId="69C6184B" w14:textId="77777777" w:rsidR="00575079" w:rsidRDefault="00575079" w:rsidP="00575079">
      <w:pPr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PA"/>
        </w:rPr>
        <w:t>En caso de haber usado dichas herramientas, detalle aquí cuáles usó, con qué propósito y describa brevemente el proceso.</w:t>
      </w:r>
    </w:p>
    <w:p w14:paraId="6F9EE496" w14:textId="77777777" w:rsidR="00575079" w:rsidRDefault="00575079" w:rsidP="00575079">
      <w:pPr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PA"/>
        </w:rPr>
        <w:t xml:space="preserve">Ejemplo: </w:t>
      </w:r>
    </w:p>
    <w:p w14:paraId="3DB44B8C" w14:textId="77777777" w:rsidR="00575079" w:rsidRPr="006D7580" w:rsidRDefault="00575079" w:rsidP="00575079">
      <w:pPr>
        <w:jc w:val="both"/>
        <w:rPr>
          <w:rFonts w:ascii="Arial" w:hAnsi="Arial" w:cs="Arial"/>
          <w:sz w:val="24"/>
          <w:szCs w:val="24"/>
          <w:lang w:val="es-PA"/>
        </w:rPr>
      </w:pPr>
      <w:r w:rsidRPr="006D7580">
        <w:rPr>
          <w:rFonts w:ascii="Arial" w:hAnsi="Arial" w:cs="Arial"/>
          <w:sz w:val="24"/>
          <w:szCs w:val="24"/>
          <w:lang w:val="es-VE"/>
        </w:rPr>
        <w:t xml:space="preserve">El autor declara </w:t>
      </w:r>
      <w:r>
        <w:rPr>
          <w:rFonts w:ascii="Arial" w:hAnsi="Arial" w:cs="Arial"/>
          <w:sz w:val="24"/>
          <w:szCs w:val="24"/>
          <w:lang w:val="es-VE"/>
        </w:rPr>
        <w:t xml:space="preserve">(Los autores declaran) </w:t>
      </w:r>
      <w:r w:rsidRPr="006D7580">
        <w:rPr>
          <w:rFonts w:ascii="Arial" w:hAnsi="Arial" w:cs="Arial"/>
          <w:sz w:val="24"/>
          <w:szCs w:val="24"/>
          <w:lang w:val="es-VE"/>
        </w:rPr>
        <w:t xml:space="preserve">haber utilizado la herramienta </w:t>
      </w:r>
      <w:r w:rsidRPr="006D7580">
        <w:rPr>
          <w:rFonts w:ascii="Arial" w:hAnsi="Arial" w:cs="Arial"/>
          <w:b/>
          <w:bCs/>
          <w:sz w:val="24"/>
          <w:szCs w:val="24"/>
          <w:lang w:val="es-VE"/>
        </w:rPr>
        <w:t xml:space="preserve">[Nombre de la IA] </w:t>
      </w:r>
      <w:r w:rsidRPr="006D7580">
        <w:rPr>
          <w:rFonts w:ascii="Arial" w:hAnsi="Arial" w:cs="Arial"/>
          <w:sz w:val="24"/>
          <w:szCs w:val="24"/>
          <w:lang w:val="es-VE"/>
        </w:rPr>
        <w:t xml:space="preserve">con el propósito de </w:t>
      </w:r>
      <w:r w:rsidRPr="006D7580">
        <w:rPr>
          <w:rFonts w:ascii="Arial" w:hAnsi="Arial" w:cs="Arial"/>
          <w:b/>
          <w:bCs/>
          <w:sz w:val="24"/>
          <w:szCs w:val="24"/>
          <w:lang w:val="es-VE"/>
        </w:rPr>
        <w:t>[especificar: estructurar el esquema inicial / pulir la redacción técnica / optimizar la síntesis de datos]</w:t>
      </w:r>
      <w:r w:rsidRPr="006D7580">
        <w:rPr>
          <w:rFonts w:ascii="Arial" w:hAnsi="Arial" w:cs="Arial"/>
          <w:sz w:val="24"/>
          <w:szCs w:val="24"/>
          <w:lang w:val="es-VE"/>
        </w:rPr>
        <w:t xml:space="preserve">. El proceso consistió específicamente en </w:t>
      </w:r>
      <w:r w:rsidRPr="006D7580">
        <w:rPr>
          <w:rFonts w:ascii="Arial" w:hAnsi="Arial" w:cs="Arial"/>
          <w:b/>
          <w:bCs/>
          <w:sz w:val="24"/>
          <w:szCs w:val="24"/>
          <w:lang w:val="es-VE"/>
        </w:rPr>
        <w:t>[describir brevemente cómo se integró el resultado en el trabajo final]</w:t>
      </w:r>
      <w:r w:rsidRPr="006D7580">
        <w:rPr>
          <w:rFonts w:ascii="Arial" w:hAnsi="Arial" w:cs="Arial"/>
          <w:sz w:val="24"/>
          <w:szCs w:val="24"/>
          <w:lang w:val="es-VE"/>
        </w:rPr>
        <w:t>. Se garantiza que la supervisión humana, el análisis crítico y la redacción final han sido responsabilidad del autor, asegurando que el contenido generado por la tecnología no excede el 20% del total del documento.</w:t>
      </w:r>
    </w:p>
    <w:p w14:paraId="7CA64127" w14:textId="14783756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b/>
          <w:sz w:val="24"/>
          <w:szCs w:val="24"/>
          <w:lang w:val="es-PA"/>
        </w:rPr>
        <w:t>REFERENCIAS</w:t>
      </w:r>
      <w:r w:rsidR="006C41B5">
        <w:rPr>
          <w:rFonts w:ascii="Arial" w:hAnsi="Arial" w:cs="Arial"/>
          <w:b/>
          <w:sz w:val="24"/>
          <w:szCs w:val="24"/>
          <w:lang w:val="es-PA"/>
        </w:rPr>
        <w:t xml:space="preserve"> </w:t>
      </w:r>
      <w:r w:rsidR="006C41B5" w:rsidRPr="006C41B5">
        <w:rPr>
          <w:rFonts w:ascii="Arial" w:eastAsia="Arial" w:hAnsi="Arial" w:cs="Arial"/>
          <w:b/>
          <w:bCs/>
          <w:color w:val="000000"/>
          <w:sz w:val="24"/>
          <w:szCs w:val="24"/>
          <w:lang w:val="es" w:eastAsia="es-VE"/>
        </w:rPr>
        <w:t>BIBLIOGRÁFICAS</w:t>
      </w:r>
    </w:p>
    <w:p w14:paraId="111E5F45" w14:textId="77777777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(Formato APA 7ª ed., orden alfabético)</w:t>
      </w:r>
    </w:p>
    <w:p w14:paraId="55399555" w14:textId="77777777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Apellido, N., &amp; Apellido, N. (Año). Título del artículo. Nombre de la Revista, volumen(número), páginas. https://doi.org/...</w:t>
      </w:r>
    </w:p>
    <w:sectPr w:rsidR="00A17470" w:rsidRPr="00380784" w:rsidSect="006C41B5">
      <w:headerReference w:type="default" r:id="rId8"/>
      <w:footerReference w:type="default" r:id="rId9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E3EC2" w14:textId="77777777" w:rsidR="00AF4EE8" w:rsidRDefault="00AF4EE8" w:rsidP="004F0120">
      <w:pPr>
        <w:spacing w:after="0" w:line="240" w:lineRule="auto"/>
      </w:pPr>
      <w:r>
        <w:separator/>
      </w:r>
    </w:p>
  </w:endnote>
  <w:endnote w:type="continuationSeparator" w:id="0">
    <w:p w14:paraId="3A3D432A" w14:textId="77777777" w:rsidR="00AF4EE8" w:rsidRDefault="00AF4EE8" w:rsidP="004F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3FF63" w14:textId="6488BDB7" w:rsidR="00380784" w:rsidRDefault="00380784">
    <w:pPr>
      <w:pStyle w:val="Piedepgina"/>
    </w:pP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A8513D" wp14:editId="5CEC25C1">
              <wp:simplePos x="0" y="0"/>
              <wp:positionH relativeFrom="margin">
                <wp:posOffset>-9525</wp:posOffset>
              </wp:positionH>
              <wp:positionV relativeFrom="paragraph">
                <wp:posOffset>59690</wp:posOffset>
              </wp:positionV>
              <wp:extent cx="5992495" cy="12065"/>
              <wp:effectExtent l="38100" t="38100" r="65405" b="83185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2495" cy="1206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A353C03" id="Conector recto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75pt,4.7pt" to="471.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" strokecolor="#4f81bd" strokeweight="2pt">
              <v:shadow on="t" color="black" opacity="24903f" origin=",.5" offset="0,.55556mm"/>
              <w10:wrap anchorx="margin"/>
            </v:line>
          </w:pict>
        </mc:Fallback>
      </mc:AlternateContent>
    </w:r>
    <w:r w:rsidRPr="002A6328">
      <w:rPr>
        <w:noProof/>
        <w:lang w:val="es-VE" w:eastAsia="es-VE"/>
      </w:rPr>
      <w:drawing>
        <wp:anchor distT="0" distB="0" distL="114300" distR="114300" simplePos="0" relativeHeight="251663360" behindDoc="0" locked="0" layoutInCell="1" allowOverlap="1" wp14:anchorId="2D2BEDC6" wp14:editId="61783DEA">
          <wp:simplePos x="0" y="0"/>
          <wp:positionH relativeFrom="margin">
            <wp:posOffset>2476500</wp:posOffset>
          </wp:positionH>
          <wp:positionV relativeFrom="paragraph">
            <wp:posOffset>-371475</wp:posOffset>
          </wp:positionV>
          <wp:extent cx="1040130" cy="611505"/>
          <wp:effectExtent l="0" t="0" r="7620" b="0"/>
          <wp:wrapNone/>
          <wp:docPr id="4" name="Imagen 4" descr="C:\Users\Entorno Virtual\Desktop\Descargas\lll Congreso\LOGO Aniversario 2026 LUZ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ntorno Virtual\Desktop\Descargas\lll Congreso\LOGO Aniversario 2026 LUZCO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3CAF5" w14:textId="77777777" w:rsidR="00AF4EE8" w:rsidRDefault="00AF4EE8" w:rsidP="004F0120">
      <w:pPr>
        <w:spacing w:after="0" w:line="240" w:lineRule="auto"/>
      </w:pPr>
      <w:r>
        <w:separator/>
      </w:r>
    </w:p>
  </w:footnote>
  <w:footnote w:type="continuationSeparator" w:id="0">
    <w:p w14:paraId="48FB6E2B" w14:textId="77777777" w:rsidR="00AF4EE8" w:rsidRDefault="00AF4EE8" w:rsidP="004F0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1F488" w14:textId="36BF8C9D" w:rsidR="004F0120" w:rsidRDefault="00380784">
    <w:pPr>
      <w:pStyle w:val="Encabezado"/>
    </w:pPr>
    <w:r w:rsidRPr="002A6328">
      <w:rPr>
        <w:noProof/>
        <w:lang w:val="es-VE" w:eastAsia="es-VE"/>
      </w:rPr>
      <w:drawing>
        <wp:anchor distT="0" distB="0" distL="114300" distR="114300" simplePos="0" relativeHeight="251660288" behindDoc="1" locked="0" layoutInCell="1" allowOverlap="1" wp14:anchorId="4EBB79AA" wp14:editId="138E74D0">
          <wp:simplePos x="0" y="0"/>
          <wp:positionH relativeFrom="column">
            <wp:posOffset>4659630</wp:posOffset>
          </wp:positionH>
          <wp:positionV relativeFrom="paragraph">
            <wp:posOffset>33020</wp:posOffset>
          </wp:positionV>
          <wp:extent cx="1322070" cy="668655"/>
          <wp:effectExtent l="0" t="0" r="0" b="0"/>
          <wp:wrapNone/>
          <wp:docPr id="1" name="Imagen 1" descr="C:\Users\Entorno Virtual\Desktop\Descargas\lll Congreso\LOGO CONGRE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ntorno Virtual\Desktop\Descargas\lll Congreso\LOGO CONGRES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07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6328">
      <w:rPr>
        <w:noProof/>
        <w:lang w:val="es-VE" w:eastAsia="es-VE"/>
      </w:rPr>
      <w:drawing>
        <wp:anchor distT="0" distB="0" distL="114300" distR="114300" simplePos="0" relativeHeight="251659264" behindDoc="1" locked="0" layoutInCell="1" allowOverlap="1" wp14:anchorId="1465B6E3" wp14:editId="0E1E4631">
          <wp:simplePos x="0" y="0"/>
          <wp:positionH relativeFrom="margin">
            <wp:posOffset>-28575</wp:posOffset>
          </wp:positionH>
          <wp:positionV relativeFrom="paragraph">
            <wp:posOffset>0</wp:posOffset>
          </wp:positionV>
          <wp:extent cx="4493895" cy="666750"/>
          <wp:effectExtent l="0" t="0" r="0" b="0"/>
          <wp:wrapNone/>
          <wp:docPr id="2" name="Imagen 2" descr="C:\Users\Entorno Virtual\Desktop\Descargas\lll Congreso\CINTILLO CONGRESO POSGRADO 2026 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ntorno Virtual\Desktop\Descargas\lll Congreso\CINTILLO CONGRESO POSGRADO 2026 fin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389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1685899">
    <w:abstractNumId w:val="8"/>
  </w:num>
  <w:num w:numId="2" w16cid:durableId="1219824694">
    <w:abstractNumId w:val="6"/>
  </w:num>
  <w:num w:numId="3" w16cid:durableId="376860946">
    <w:abstractNumId w:val="5"/>
  </w:num>
  <w:num w:numId="4" w16cid:durableId="2114468759">
    <w:abstractNumId w:val="4"/>
  </w:num>
  <w:num w:numId="5" w16cid:durableId="562761603">
    <w:abstractNumId w:val="7"/>
  </w:num>
  <w:num w:numId="6" w16cid:durableId="1616599760">
    <w:abstractNumId w:val="3"/>
  </w:num>
  <w:num w:numId="7" w16cid:durableId="1417242737">
    <w:abstractNumId w:val="2"/>
  </w:num>
  <w:num w:numId="8" w16cid:durableId="725757267">
    <w:abstractNumId w:val="1"/>
  </w:num>
  <w:num w:numId="9" w16cid:durableId="144834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475A"/>
    <w:rsid w:val="002023CB"/>
    <w:rsid w:val="00270C09"/>
    <w:rsid w:val="0029639D"/>
    <w:rsid w:val="002B4A4E"/>
    <w:rsid w:val="00326F90"/>
    <w:rsid w:val="00350235"/>
    <w:rsid w:val="00380784"/>
    <w:rsid w:val="004F0120"/>
    <w:rsid w:val="00540BA5"/>
    <w:rsid w:val="00575079"/>
    <w:rsid w:val="005B3012"/>
    <w:rsid w:val="00600335"/>
    <w:rsid w:val="00657409"/>
    <w:rsid w:val="006704D8"/>
    <w:rsid w:val="00690FE2"/>
    <w:rsid w:val="006A5403"/>
    <w:rsid w:val="006C41B5"/>
    <w:rsid w:val="006E24F6"/>
    <w:rsid w:val="00767CEF"/>
    <w:rsid w:val="007B3165"/>
    <w:rsid w:val="00812B17"/>
    <w:rsid w:val="00893F09"/>
    <w:rsid w:val="00940228"/>
    <w:rsid w:val="009414C6"/>
    <w:rsid w:val="009F2419"/>
    <w:rsid w:val="00A0562F"/>
    <w:rsid w:val="00A17470"/>
    <w:rsid w:val="00A6378B"/>
    <w:rsid w:val="00AA1D8D"/>
    <w:rsid w:val="00AF4EE8"/>
    <w:rsid w:val="00B031D6"/>
    <w:rsid w:val="00B47730"/>
    <w:rsid w:val="00B9388E"/>
    <w:rsid w:val="00BE69F2"/>
    <w:rsid w:val="00C74DBD"/>
    <w:rsid w:val="00CB0664"/>
    <w:rsid w:val="00CB764C"/>
    <w:rsid w:val="00D323E0"/>
    <w:rsid w:val="00DB0EEF"/>
    <w:rsid w:val="00DC7EFA"/>
    <w:rsid w:val="00E02D04"/>
    <w:rsid w:val="00F5762F"/>
    <w:rsid w:val="00F807B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7B488F"/>
  <w14:defaultImageDpi w14:val="300"/>
  <w15:docId w15:val="{E0FDF32D-87FE-4261-8FC8-9433A994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348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Dra. Mariana Fernández Reina</cp:lastModifiedBy>
  <cp:revision>12</cp:revision>
  <dcterms:created xsi:type="dcterms:W3CDTF">2025-12-17T20:24:00Z</dcterms:created>
  <dcterms:modified xsi:type="dcterms:W3CDTF">2026-04-24T13:48:00Z</dcterms:modified>
  <cp:category/>
</cp:coreProperties>
</file>